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E8FFA" w14:textId="77777777" w:rsidR="001E048E" w:rsidRDefault="00000000">
      <w:pPr>
        <w:spacing w:after="60"/>
        <w:jc w:val="center"/>
        <w:rPr>
          <w:rFonts w:hint="eastAsia"/>
        </w:rPr>
      </w:pPr>
      <w:r>
        <w:rPr>
          <w:b/>
          <w:color w:val="17458F"/>
          <w:sz w:val="38"/>
        </w:rPr>
        <w:t>ZONE MIRAGE</w:t>
      </w:r>
    </w:p>
    <w:p w14:paraId="3D465232" w14:textId="77777777" w:rsidR="001E048E" w:rsidRDefault="00000000">
      <w:pPr>
        <w:spacing w:after="40"/>
        <w:jc w:val="center"/>
        <w:rPr>
          <w:rFonts w:hint="eastAsia"/>
        </w:rPr>
      </w:pPr>
      <w:r>
        <w:rPr>
          <w:b/>
          <w:sz w:val="28"/>
        </w:rPr>
        <w:t>Monthly Reporting Confirmation - Email Template</w:t>
      </w:r>
    </w:p>
    <w:p w14:paraId="4DCC22FA" w14:textId="77777777" w:rsidR="001E048E" w:rsidRDefault="00000000">
      <w:pPr>
        <w:spacing w:after="160"/>
        <w:jc w:val="center"/>
        <w:rPr>
          <w:rFonts w:hint="eastAsia"/>
        </w:rPr>
      </w:pPr>
      <w:r>
        <w:rPr>
          <w:i/>
          <w:sz w:val="18"/>
        </w:rPr>
        <w:t>Rotary Year 2026-27 | RI District 3191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1E048E" w14:paraId="1D885D3D" w14:textId="77777777">
        <w:trPr>
          <w:jc w:val="center"/>
        </w:trPr>
        <w:tc>
          <w:tcPr>
            <w:tcW w:w="10656" w:type="dxa"/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66B05B" w14:textId="77777777" w:rsidR="001E048E" w:rsidRDefault="00000000">
            <w:pPr>
              <w:rPr>
                <w:rFonts w:hint="eastAsia"/>
              </w:rPr>
            </w:pPr>
            <w:r>
              <w:rPr>
                <w:b/>
              </w:rPr>
              <w:t xml:space="preserve">SUBJECT: </w:t>
            </w:r>
            <w:r>
              <w:t>[Club Name] | Reporting Confirmation - [MONTH] 2026</w:t>
            </w:r>
          </w:p>
        </w:tc>
      </w:tr>
    </w:tbl>
    <w:p w14:paraId="136DC042" w14:textId="77777777" w:rsidR="001E048E" w:rsidRDefault="00000000">
      <w:pPr>
        <w:spacing w:after="120"/>
        <w:rPr>
          <w:rFonts w:hint="eastAsia"/>
        </w:rPr>
      </w:pPr>
      <w:r>
        <w:t>Dear ZRRs,</w:t>
      </w:r>
    </w:p>
    <w:p w14:paraId="7475684F" w14:textId="77777777" w:rsidR="001E048E" w:rsidRDefault="00000000">
      <w:pPr>
        <w:spacing w:after="120"/>
        <w:rPr>
          <w:rFonts w:hint="eastAsia"/>
        </w:rPr>
      </w:pPr>
      <w:r>
        <w:rPr>
          <w:b/>
        </w:rPr>
        <w:t>Greetings from the Rotaract Club of [Club Name]!</w:t>
      </w:r>
    </w:p>
    <w:p w14:paraId="572F91B7" w14:textId="77777777" w:rsidR="001E048E" w:rsidRDefault="00000000">
      <w:pPr>
        <w:spacing w:after="80"/>
        <w:rPr>
          <w:rFonts w:hint="eastAsia"/>
        </w:rPr>
      </w:pPr>
      <w:r>
        <w:t>Please find below our reporting details for the month of [MONTH] 2026.</w:t>
      </w:r>
    </w:p>
    <w:p w14:paraId="56F5EC6D" w14:textId="77777777" w:rsidR="001E048E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1. Projects Conducted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3240"/>
        <w:gridCol w:w="2952"/>
        <w:gridCol w:w="1656"/>
        <w:gridCol w:w="2088"/>
      </w:tblGrid>
      <w:tr w:rsidR="001E048E" w14:paraId="05AF5D32" w14:textId="77777777">
        <w:trPr>
          <w:tblHeader/>
          <w:jc w:val="center"/>
        </w:trPr>
        <w:tc>
          <w:tcPr>
            <w:tcW w:w="79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BEE5C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3240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41451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Event / Project Name</w:t>
            </w:r>
          </w:p>
        </w:tc>
        <w:tc>
          <w:tcPr>
            <w:tcW w:w="29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398C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Avenue of Service</w:t>
            </w:r>
          </w:p>
        </w:tc>
        <w:tc>
          <w:tcPr>
            <w:tcW w:w="165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88CB1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2088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A6487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Type of Event</w:t>
            </w:r>
          </w:p>
        </w:tc>
      </w:tr>
      <w:tr w:rsidR="001E048E" w14:paraId="53F0CE38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970BF3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B2396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4FF86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89FA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140D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59DFC623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42604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D341F7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68AC1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5E8DA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2CBC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5D485A78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C125CC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3F15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E04D8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CD0CC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3058B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461211AD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C3978C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999A31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D3CD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2F0CD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6C980E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6949D569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3CE35A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AD4CD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F2A5E6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331D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BAAF2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2BEC1CC8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D12A2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10A37F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D266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68958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FC598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4B0EFE06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8DFDA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5074B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99F45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3E4926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922F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0CBC4BAE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4111C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32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812C58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F2F9E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229FC9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589E4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</w:tbl>
    <w:p w14:paraId="3DAEE28E" w14:textId="77777777" w:rsidR="001E048E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2. Other Club / District Events Attended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7704"/>
        <w:gridCol w:w="2088"/>
      </w:tblGrid>
      <w:tr w:rsidR="001E048E" w14:paraId="5285B762" w14:textId="77777777">
        <w:trPr>
          <w:tblHeader/>
          <w:jc w:val="center"/>
        </w:trPr>
        <w:tc>
          <w:tcPr>
            <w:tcW w:w="1008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633A1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7704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7A3B9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Club / Event Name</w:t>
            </w:r>
          </w:p>
        </w:tc>
        <w:tc>
          <w:tcPr>
            <w:tcW w:w="2088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0A9FA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</w:tr>
      <w:tr w:rsidR="001E048E" w14:paraId="45A7F628" w14:textId="77777777">
        <w:trPr>
          <w:jc w:val="center"/>
        </w:trPr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D90317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77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58770E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DC049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74824122" w14:textId="77777777">
        <w:trPr>
          <w:jc w:val="center"/>
        </w:trPr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9B414F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77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5594C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DFC481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08113E20" w14:textId="77777777">
        <w:trPr>
          <w:jc w:val="center"/>
        </w:trPr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99F00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77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5A156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B2E04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2ACA62B7" w14:textId="77777777">
        <w:trPr>
          <w:jc w:val="center"/>
        </w:trPr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9100B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77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9353C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C2452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</w:tbl>
    <w:p w14:paraId="3139C2F3" w14:textId="77777777" w:rsidR="001E048E" w:rsidRDefault="00000000">
      <w:pPr>
        <w:rPr>
          <w:rFonts w:hint="eastAsia"/>
        </w:rPr>
      </w:pPr>
      <w:r>
        <w:br w:type="page"/>
      </w:r>
    </w:p>
    <w:p w14:paraId="0FF8AE29" w14:textId="77777777" w:rsidR="001E048E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lastRenderedPageBreak/>
        <w:t>3. BOD / GBM Meetings Conducted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3312"/>
        <w:gridCol w:w="2232"/>
        <w:gridCol w:w="1944"/>
        <w:gridCol w:w="2376"/>
      </w:tblGrid>
      <w:tr w:rsidR="001E048E" w14:paraId="1AE81847" w14:textId="77777777">
        <w:trPr>
          <w:tblHeader/>
          <w:jc w:val="center"/>
        </w:trPr>
        <w:tc>
          <w:tcPr>
            <w:tcW w:w="93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E121E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331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9DDB8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Meeting Name</w:t>
            </w:r>
          </w:p>
        </w:tc>
        <w:tc>
          <w:tcPr>
            <w:tcW w:w="22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BA6FF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Venue</w:t>
            </w:r>
          </w:p>
        </w:tc>
        <w:tc>
          <w:tcPr>
            <w:tcW w:w="1944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26598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23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053B4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Time</w:t>
            </w:r>
          </w:p>
        </w:tc>
      </w:tr>
      <w:tr w:rsidR="001E048E" w14:paraId="17F265F3" w14:textId="77777777">
        <w:trPr>
          <w:jc w:val="center"/>
        </w:trPr>
        <w:tc>
          <w:tcPr>
            <w:tcW w:w="9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F8273F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33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06725A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DD81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6B0D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ABF1C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60727CD9" w14:textId="77777777">
        <w:trPr>
          <w:jc w:val="center"/>
        </w:trPr>
        <w:tc>
          <w:tcPr>
            <w:tcW w:w="9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DC769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33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17E07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0AD62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C5598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74F1B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587CC10B" w14:textId="77777777">
        <w:trPr>
          <w:jc w:val="center"/>
        </w:trPr>
        <w:tc>
          <w:tcPr>
            <w:tcW w:w="9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C79F5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33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4F7FC5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5AB9F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59A66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11844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</w:tbl>
    <w:p w14:paraId="4506A2C1" w14:textId="77777777" w:rsidR="001E048E" w:rsidRDefault="00000000">
      <w:pPr>
        <w:spacing w:before="60" w:after="80"/>
        <w:rPr>
          <w:rFonts w:hint="eastAsia"/>
        </w:rPr>
      </w:pPr>
      <w:r>
        <w:rPr>
          <w:b/>
        </w:rPr>
        <w:t xml:space="preserve">Joint Meeting Note: </w:t>
      </w:r>
      <w:r>
        <w:t>[Mention partner club(s), if applicable]</w:t>
      </w:r>
    </w:p>
    <w:p w14:paraId="2A9EA533" w14:textId="77777777" w:rsidR="001E048E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4. Member / BOD Orientations Conducted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952"/>
        <w:gridCol w:w="1800"/>
        <w:gridCol w:w="1656"/>
        <w:gridCol w:w="1872"/>
        <w:gridCol w:w="1728"/>
      </w:tblGrid>
      <w:tr w:rsidR="001E048E" w14:paraId="6098E109" w14:textId="77777777">
        <w:trPr>
          <w:tblHeader/>
          <w:jc w:val="center"/>
        </w:trPr>
        <w:tc>
          <w:tcPr>
            <w:tcW w:w="79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45C43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29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43BCD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Orientation Name</w:t>
            </w:r>
          </w:p>
        </w:tc>
        <w:tc>
          <w:tcPr>
            <w:tcW w:w="1800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6E98F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Venue</w:t>
            </w:r>
          </w:p>
        </w:tc>
        <w:tc>
          <w:tcPr>
            <w:tcW w:w="165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AF4BB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187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B8559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1728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771E2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Speaker</w:t>
            </w:r>
          </w:p>
        </w:tc>
      </w:tr>
      <w:tr w:rsidR="001E048E" w14:paraId="70B50256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FE12B9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213819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1D859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589D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8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54609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C8DB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6B689693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7962D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91CC7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91F5CE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FAED0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8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322646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3148F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  <w:tr w:rsidR="001E048E" w14:paraId="7544C5B7" w14:textId="77777777">
        <w:trPr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5836F" w14:textId="77777777" w:rsidR="001E048E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2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7000E2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EA37D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2AD87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8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7F9F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7C93F3" w14:textId="77777777" w:rsidR="001E048E" w:rsidRDefault="00000000">
            <w:pPr>
              <w:rPr>
                <w:rFonts w:hint="eastAsia"/>
              </w:rPr>
            </w:pPr>
            <w:r>
              <w:rPr>
                <w:sz w:val="17"/>
              </w:rPr>
              <w:t>[Enter]</w:t>
            </w:r>
          </w:p>
        </w:tc>
      </w:tr>
    </w:tbl>
    <w:p w14:paraId="6A61E1CF" w14:textId="77777777" w:rsidR="001E048E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5. District Events / Initiatives</w:t>
      </w:r>
    </w:p>
    <w:p w14:paraId="4820A46E" w14:textId="77777777" w:rsidR="001E048E" w:rsidRDefault="00000000">
      <w:pPr>
        <w:spacing w:after="40"/>
        <w:rPr>
          <w:rFonts w:hint="eastAsia"/>
        </w:rPr>
      </w:pPr>
      <w:r>
        <w:t>1. [Event / Initiative Name] - [Brief details / participation]</w:t>
      </w:r>
    </w:p>
    <w:p w14:paraId="2750EED2" w14:textId="77777777" w:rsidR="001E048E" w:rsidRDefault="00000000">
      <w:pPr>
        <w:spacing w:after="40"/>
        <w:rPr>
          <w:rFonts w:hint="eastAsia"/>
        </w:rPr>
      </w:pPr>
      <w:r>
        <w:t>2. [Event / Initiative Name] - [Brief details / participation]</w:t>
      </w:r>
    </w:p>
    <w:p w14:paraId="66E6C67A" w14:textId="77777777" w:rsidR="001E048E" w:rsidRDefault="00000000">
      <w:pPr>
        <w:spacing w:after="80"/>
        <w:rPr>
          <w:rFonts w:hint="eastAsia"/>
        </w:rPr>
      </w:pPr>
      <w:r>
        <w:t>If none: NIL</w:t>
      </w:r>
    </w:p>
    <w:p w14:paraId="3E592E81" w14:textId="77777777" w:rsidR="001E048E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6. MDIO Events</w:t>
      </w:r>
    </w:p>
    <w:p w14:paraId="7E59F230" w14:textId="77777777" w:rsidR="001E048E" w:rsidRDefault="00000000">
      <w:pPr>
        <w:spacing w:after="40"/>
        <w:rPr>
          <w:rFonts w:hint="eastAsia"/>
        </w:rPr>
      </w:pPr>
      <w:r>
        <w:t>1. [Event Name] - [Number of members / representation details]</w:t>
      </w:r>
    </w:p>
    <w:p w14:paraId="5BAD07C8" w14:textId="77777777" w:rsidR="001E048E" w:rsidRDefault="00000000">
      <w:pPr>
        <w:spacing w:after="40"/>
        <w:rPr>
          <w:rFonts w:hint="eastAsia"/>
        </w:rPr>
      </w:pPr>
      <w:r>
        <w:t>2. [Event Name] - [Details]</w:t>
      </w:r>
    </w:p>
    <w:p w14:paraId="181076AD" w14:textId="77777777" w:rsidR="001E048E" w:rsidRDefault="00000000">
      <w:pPr>
        <w:spacing w:after="140"/>
        <w:rPr>
          <w:rFonts w:hint="eastAsia"/>
        </w:rPr>
      </w:pPr>
      <w:r>
        <w:t>If none: NIL</w:t>
      </w:r>
    </w:p>
    <w:p w14:paraId="4AA5775B" w14:textId="77777777" w:rsidR="001E048E" w:rsidRDefault="00000000">
      <w:pPr>
        <w:spacing w:after="80"/>
        <w:rPr>
          <w:rFonts w:hint="eastAsia"/>
        </w:rPr>
      </w:pPr>
      <w:r>
        <w:t>Please find the relevant documents attached/shared above for your reference.</w:t>
      </w:r>
    </w:p>
    <w:p w14:paraId="48E0B3DA" w14:textId="77777777" w:rsidR="001E048E" w:rsidRDefault="00000000">
      <w:pPr>
        <w:spacing w:after="160"/>
        <w:rPr>
          <w:rFonts w:hint="eastAsia"/>
        </w:rPr>
      </w:pPr>
      <w:r>
        <w:t>Kindly acknowledge receipt of the report. Please let us know if any additional information or clarification is required.</w:t>
      </w:r>
    </w:p>
    <w:p w14:paraId="6F608B35" w14:textId="77777777" w:rsidR="001E048E" w:rsidRDefault="00000000">
      <w:pPr>
        <w:spacing w:after="120"/>
        <w:rPr>
          <w:rFonts w:hint="eastAsia"/>
        </w:rPr>
      </w:pPr>
      <w:r>
        <w:rPr>
          <w:b/>
        </w:rPr>
        <w:t>Yours in Rotaract,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1E048E" w14:paraId="239D6D6B" w14:textId="77777777">
        <w:trPr>
          <w:jc w:val="center"/>
        </w:trPr>
        <w:tc>
          <w:tcPr>
            <w:tcW w:w="53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9685D" w14:textId="77777777" w:rsidR="001E048E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Rtr. [PRESIDENT NAME]</w:t>
            </w:r>
            <w:r>
              <w:rPr>
                <w:sz w:val="18"/>
              </w:rPr>
              <w:br/>
              <w:t>President | RY 2026-27</w:t>
            </w:r>
            <w:r>
              <w:rPr>
                <w:sz w:val="18"/>
              </w:rPr>
              <w:br/>
              <w:t>Rotaract Club of [Club Name]</w:t>
            </w:r>
            <w:r>
              <w:rPr>
                <w:sz w:val="18"/>
              </w:rPr>
              <w:br/>
              <w:t>Mobile: [Phone Number]</w:t>
            </w:r>
          </w:p>
        </w:tc>
        <w:tc>
          <w:tcPr>
            <w:tcW w:w="53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59837" w14:textId="77777777" w:rsidR="001E048E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Rtr. [SECRETARY NAME]</w:t>
            </w:r>
            <w:r>
              <w:rPr>
                <w:sz w:val="18"/>
              </w:rPr>
              <w:br/>
              <w:t>Secretary | RY 2026-27</w:t>
            </w:r>
            <w:r>
              <w:rPr>
                <w:sz w:val="18"/>
              </w:rPr>
              <w:br/>
              <w:t>Rotaract Club of [Club Name]</w:t>
            </w:r>
            <w:r>
              <w:rPr>
                <w:sz w:val="18"/>
              </w:rPr>
              <w:br/>
              <w:t>Mobile: [Phone Number]</w:t>
            </w:r>
          </w:p>
        </w:tc>
      </w:tr>
    </w:tbl>
    <w:p w14:paraId="697B6A06" w14:textId="77777777" w:rsidR="001E048E" w:rsidRDefault="00000000">
      <w:pPr>
        <w:spacing w:before="160" w:after="20"/>
        <w:jc w:val="center"/>
        <w:rPr>
          <w:rFonts w:hint="eastAsia"/>
        </w:rPr>
      </w:pPr>
      <w:r>
        <w:rPr>
          <w:b/>
          <w:sz w:val="18"/>
        </w:rPr>
        <w:t>Rotaract Club of [Club Name] | RI District 3191</w:t>
      </w:r>
    </w:p>
    <w:p w14:paraId="3E9F654F" w14:textId="77777777" w:rsidR="001E048E" w:rsidRDefault="00000000">
      <w:pPr>
        <w:jc w:val="center"/>
        <w:rPr>
          <w:rFonts w:hint="eastAsia"/>
        </w:rPr>
      </w:pPr>
      <w:r>
        <w:rPr>
          <w:color w:val="17458F"/>
          <w:sz w:val="18"/>
        </w:rPr>
        <w:t>[Facebook] | [Instagram] | [Website] | [YouTube]</w:t>
      </w:r>
    </w:p>
    <w:sectPr w:rsidR="001E048E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1136542">
    <w:abstractNumId w:val="8"/>
  </w:num>
  <w:num w:numId="2" w16cid:durableId="1782066578">
    <w:abstractNumId w:val="6"/>
  </w:num>
  <w:num w:numId="3" w16cid:durableId="1541042431">
    <w:abstractNumId w:val="5"/>
  </w:num>
  <w:num w:numId="4" w16cid:durableId="973951715">
    <w:abstractNumId w:val="4"/>
  </w:num>
  <w:num w:numId="5" w16cid:durableId="1394045483">
    <w:abstractNumId w:val="7"/>
  </w:num>
  <w:num w:numId="6" w16cid:durableId="2067754513">
    <w:abstractNumId w:val="3"/>
  </w:num>
  <w:num w:numId="7" w16cid:durableId="1595632248">
    <w:abstractNumId w:val="2"/>
  </w:num>
  <w:num w:numId="8" w16cid:durableId="94635884">
    <w:abstractNumId w:val="1"/>
  </w:num>
  <w:num w:numId="9" w16cid:durableId="214199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48E"/>
    <w:rsid w:val="0029639D"/>
    <w:rsid w:val="00326F90"/>
    <w:rsid w:val="005E5BAF"/>
    <w:rsid w:val="006650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CB137B"/>
  <w14:defaultImageDpi w14:val="300"/>
  <w15:docId w15:val="{D2F1130F-2FBD-42AC-BACC-0BE105AF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Samarth Viswanath</cp:lastModifiedBy>
  <cp:revision>2</cp:revision>
  <dcterms:created xsi:type="dcterms:W3CDTF">2013-12-23T23:15:00Z</dcterms:created>
  <dcterms:modified xsi:type="dcterms:W3CDTF">2026-10-13T15:57:00Z</dcterms:modified>
  <cp:category/>
</cp:coreProperties>
</file>